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86205" w14:textId="77777777" w:rsidR="00985F2E" w:rsidRPr="003038DF" w:rsidRDefault="00695858" w:rsidP="00695858">
      <w:pPr>
        <w:pStyle w:val="Nzev"/>
        <w:jc w:val="center"/>
        <w:rPr>
          <w:b/>
          <w:sz w:val="31"/>
          <w:szCs w:val="31"/>
        </w:rPr>
      </w:pPr>
      <w:r w:rsidRPr="003038DF">
        <w:rPr>
          <w:b/>
          <w:sz w:val="31"/>
          <w:szCs w:val="31"/>
        </w:rPr>
        <w:t>DOKLAD O VAZBĚ NA TRH PRÁCE</w:t>
      </w:r>
    </w:p>
    <w:p w14:paraId="10386206" w14:textId="77777777" w:rsidR="00985F2E" w:rsidRPr="003038DF" w:rsidRDefault="00695858">
      <w:pPr>
        <w:jc w:val="center"/>
        <w:rPr>
          <w:rFonts w:ascii="Arial" w:hAnsi="Arial" w:cs="Arial"/>
        </w:rPr>
      </w:pPr>
      <w:r w:rsidRPr="003038DF">
        <w:rPr>
          <w:rFonts w:ascii="Arial" w:hAnsi="Arial" w:cs="Arial"/>
          <w:b/>
        </w:rPr>
        <w:t>Dětská skupina Včeličky a Dětská skupina Medvídci</w:t>
      </w:r>
    </w:p>
    <w:p w14:paraId="10386207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hAnsi="Arial" w:cs="Arial"/>
          <w:sz w:val="18"/>
          <w:szCs w:val="18"/>
        </w:rPr>
        <w:t xml:space="preserve">Podle § </w:t>
      </w:r>
      <w:proofErr w:type="spellStart"/>
      <w:r w:rsidRPr="003038DF">
        <w:rPr>
          <w:rFonts w:ascii="Arial" w:hAnsi="Arial" w:cs="Arial"/>
          <w:sz w:val="18"/>
          <w:szCs w:val="18"/>
        </w:rPr>
        <w:t>20a</w:t>
      </w:r>
      <w:proofErr w:type="spellEnd"/>
      <w:r w:rsidRPr="003038DF">
        <w:rPr>
          <w:rFonts w:ascii="Arial" w:hAnsi="Arial" w:cs="Arial"/>
          <w:sz w:val="18"/>
          <w:szCs w:val="18"/>
        </w:rPr>
        <w:t xml:space="preserve"> odst. 2 a § 11 odst. 1 písm. i) zákona č. 247/2014 Sb., o poskytování služby péče o dítě v dětské skupině, ve znění pozdějších předpisů, je zákonný zástupce povinen doložit vazbu na trh práce jedním z níže uvedených způsobů.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86"/>
        <w:gridCol w:w="4386"/>
      </w:tblGrid>
      <w:tr w:rsidR="00985F2E" w:rsidRPr="003038DF" w14:paraId="1038620A" w14:textId="77777777" w:rsidTr="00A01377">
        <w:trPr>
          <w:trHeight w:val="280"/>
        </w:trPr>
        <w:tc>
          <w:tcPr>
            <w:tcW w:w="4386" w:type="dxa"/>
          </w:tcPr>
          <w:p w14:paraId="10386208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Jméno a příjmení zákonného zástupce:</w:t>
            </w:r>
          </w:p>
        </w:tc>
        <w:tc>
          <w:tcPr>
            <w:tcW w:w="4386" w:type="dxa"/>
          </w:tcPr>
          <w:p w14:paraId="10386209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F2E" w:rsidRPr="003038DF" w14:paraId="1038620D" w14:textId="77777777" w:rsidTr="00A01377">
        <w:trPr>
          <w:trHeight w:val="280"/>
        </w:trPr>
        <w:tc>
          <w:tcPr>
            <w:tcW w:w="4386" w:type="dxa"/>
          </w:tcPr>
          <w:p w14:paraId="1038620B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Datum narození:</w:t>
            </w:r>
          </w:p>
        </w:tc>
        <w:tc>
          <w:tcPr>
            <w:tcW w:w="4386" w:type="dxa"/>
          </w:tcPr>
          <w:p w14:paraId="1038620C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F2E" w:rsidRPr="003038DF" w14:paraId="10386210" w14:textId="77777777" w:rsidTr="00A01377">
        <w:trPr>
          <w:trHeight w:val="280"/>
        </w:trPr>
        <w:tc>
          <w:tcPr>
            <w:tcW w:w="4386" w:type="dxa"/>
          </w:tcPr>
          <w:p w14:paraId="1038620E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Adresa trvalého pobytu:</w:t>
            </w:r>
          </w:p>
        </w:tc>
        <w:tc>
          <w:tcPr>
            <w:tcW w:w="4386" w:type="dxa"/>
          </w:tcPr>
          <w:p w14:paraId="1038620F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F2E" w:rsidRPr="003038DF" w14:paraId="10386213" w14:textId="77777777" w:rsidTr="00A01377">
        <w:trPr>
          <w:trHeight w:val="297"/>
        </w:trPr>
        <w:tc>
          <w:tcPr>
            <w:tcW w:w="4386" w:type="dxa"/>
          </w:tcPr>
          <w:p w14:paraId="10386211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Jméno dítěte / datum narození:</w:t>
            </w:r>
          </w:p>
        </w:tc>
        <w:tc>
          <w:tcPr>
            <w:tcW w:w="4386" w:type="dxa"/>
          </w:tcPr>
          <w:p w14:paraId="10386212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0386214" w14:textId="77777777" w:rsidR="00985F2E" w:rsidRPr="003038DF" w:rsidRDefault="00695858">
      <w:pPr>
        <w:pStyle w:val="Nadpis2"/>
        <w:rPr>
          <w:rFonts w:ascii="Arial" w:hAnsi="Arial" w:cs="Arial"/>
          <w:color w:val="1F497D" w:themeColor="text2"/>
          <w:sz w:val="24"/>
          <w:szCs w:val="24"/>
        </w:rPr>
      </w:pPr>
      <w:r w:rsidRPr="003038DF">
        <w:rPr>
          <w:rFonts w:ascii="Arial" w:hAnsi="Arial" w:cs="Arial"/>
          <w:color w:val="1F497D" w:themeColor="text2"/>
          <w:sz w:val="24"/>
          <w:szCs w:val="24"/>
        </w:rPr>
        <w:t>Způsob prokázání vazby na trh práce</w:t>
      </w:r>
    </w:p>
    <w:p w14:paraId="10386215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Zaměstnanec (pracovní poměr, </w:t>
      </w:r>
      <w:proofErr w:type="spellStart"/>
      <w:r w:rsidRPr="003038DF">
        <w:rPr>
          <w:rFonts w:ascii="Arial" w:hAnsi="Arial" w:cs="Arial"/>
          <w:sz w:val="18"/>
          <w:szCs w:val="18"/>
        </w:rPr>
        <w:t>DPČ</w:t>
      </w:r>
      <w:proofErr w:type="spellEnd"/>
      <w:r w:rsidRPr="003038DF">
        <w:rPr>
          <w:rFonts w:ascii="Arial" w:hAnsi="Arial" w:cs="Arial"/>
          <w:sz w:val="18"/>
          <w:szCs w:val="18"/>
        </w:rPr>
        <w:t>, DPP nebo služební poměr).</w:t>
      </w:r>
    </w:p>
    <w:p w14:paraId="10386216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Osoba samostatně výdělečně činná (OSVČ).</w:t>
      </w:r>
    </w:p>
    <w:p w14:paraId="10386217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Uchazeč o zaměstnání vedený v evidenci Úřadu práce ČR.</w:t>
      </w:r>
    </w:p>
    <w:p w14:paraId="10386218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Osoba soustavně se připravující na budoucí povolání (potvrzení o studiu).</w:t>
      </w:r>
    </w:p>
    <w:p w14:paraId="10386219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Účastník rekvalifikace zabezpečované Úřadem práce ČR.</w:t>
      </w:r>
    </w:p>
    <w:p w14:paraId="1038621A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Osoba pečující o osobu závislou.</w:t>
      </w:r>
    </w:p>
    <w:p w14:paraId="1038621B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Jiný zákonný důvod (uveďte a doložte příslušným dokladem): ____________________.</w:t>
      </w:r>
    </w:p>
    <w:p w14:paraId="1038621C" w14:textId="77777777" w:rsidR="00985F2E" w:rsidRPr="003038DF" w:rsidRDefault="00695858">
      <w:pPr>
        <w:pStyle w:val="Nadpis2"/>
        <w:rPr>
          <w:rFonts w:ascii="Arial" w:hAnsi="Arial" w:cs="Arial"/>
          <w:color w:val="1F497D" w:themeColor="text2"/>
          <w:sz w:val="24"/>
          <w:szCs w:val="24"/>
        </w:rPr>
      </w:pPr>
      <w:r w:rsidRPr="003038DF">
        <w:rPr>
          <w:rFonts w:ascii="Arial" w:hAnsi="Arial" w:cs="Arial"/>
          <w:color w:val="1F497D" w:themeColor="text2"/>
          <w:sz w:val="24"/>
          <w:szCs w:val="24"/>
        </w:rPr>
        <w:t>Přiložené doklady</w:t>
      </w:r>
    </w:p>
    <w:p w14:paraId="1038621D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Potvrzení zaměstnavatele</w:t>
      </w:r>
    </w:p>
    <w:p w14:paraId="1038621E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Kopie pracovní smlouvy nebo jiného pracovněprávního dokumentu</w:t>
      </w:r>
    </w:p>
    <w:p w14:paraId="1038621F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Potvrzení o studiu</w:t>
      </w:r>
    </w:p>
    <w:p w14:paraId="10386220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Potvrzení Úřadu práce ČR</w:t>
      </w:r>
    </w:p>
    <w:p w14:paraId="10386221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Doklad prokazující výkon samostatné výdělečné činnosti (např. čestné prohlášení, potvrzení o registraci nebo jiný odpovídající doklad)</w:t>
      </w:r>
    </w:p>
    <w:p w14:paraId="10386222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cs="Arial"/>
          <w:sz w:val="18"/>
          <w:szCs w:val="18"/>
        </w:rPr>
        <w:t>☐</w:t>
      </w:r>
      <w:r w:rsidRPr="003038DF">
        <w:rPr>
          <w:rFonts w:ascii="Arial" w:hAnsi="Arial" w:cs="Arial"/>
          <w:sz w:val="18"/>
          <w:szCs w:val="18"/>
        </w:rPr>
        <w:t xml:space="preserve"> Jiný doklad: ______________________________</w:t>
      </w:r>
    </w:p>
    <w:p w14:paraId="10386223" w14:textId="77777777" w:rsidR="00985F2E" w:rsidRPr="003038DF" w:rsidRDefault="00695858">
      <w:pPr>
        <w:pStyle w:val="Nadpis2"/>
        <w:rPr>
          <w:rFonts w:ascii="Arial" w:hAnsi="Arial" w:cs="Arial"/>
          <w:color w:val="1F497D" w:themeColor="text2"/>
          <w:sz w:val="24"/>
          <w:szCs w:val="24"/>
        </w:rPr>
      </w:pPr>
      <w:r w:rsidRPr="003038DF">
        <w:rPr>
          <w:rFonts w:ascii="Arial" w:hAnsi="Arial" w:cs="Arial"/>
          <w:color w:val="1F497D" w:themeColor="text2"/>
          <w:sz w:val="24"/>
          <w:szCs w:val="24"/>
        </w:rPr>
        <w:t>Potvrzení zaměstnavatele</w:t>
      </w:r>
    </w:p>
    <w:p w14:paraId="10386224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hAnsi="Arial" w:cs="Arial"/>
          <w:sz w:val="18"/>
          <w:szCs w:val="18"/>
        </w:rPr>
        <w:t>Tuto část vyplňuje zaměstnavatel pouze tehdy, pokud je vazba na trh práce prokazována pracovněprávním nebo služebním vztahem.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85F2E" w:rsidRPr="003038DF" w14:paraId="10386227" w14:textId="77777777">
        <w:tc>
          <w:tcPr>
            <w:tcW w:w="4320" w:type="dxa"/>
          </w:tcPr>
          <w:p w14:paraId="10386225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Název zaměstnavatele:</w:t>
            </w:r>
          </w:p>
        </w:tc>
        <w:tc>
          <w:tcPr>
            <w:tcW w:w="4320" w:type="dxa"/>
          </w:tcPr>
          <w:p w14:paraId="10386226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F2E" w:rsidRPr="003038DF" w14:paraId="1038622A" w14:textId="77777777">
        <w:tc>
          <w:tcPr>
            <w:tcW w:w="4320" w:type="dxa"/>
          </w:tcPr>
          <w:p w14:paraId="10386228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IČO:</w:t>
            </w:r>
          </w:p>
        </w:tc>
        <w:tc>
          <w:tcPr>
            <w:tcW w:w="4320" w:type="dxa"/>
          </w:tcPr>
          <w:p w14:paraId="10386229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F2E" w:rsidRPr="003038DF" w14:paraId="1038622D" w14:textId="77777777">
        <w:tc>
          <w:tcPr>
            <w:tcW w:w="4320" w:type="dxa"/>
          </w:tcPr>
          <w:p w14:paraId="1038622B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Sídlo:</w:t>
            </w:r>
          </w:p>
        </w:tc>
        <w:tc>
          <w:tcPr>
            <w:tcW w:w="4320" w:type="dxa"/>
          </w:tcPr>
          <w:p w14:paraId="1038622C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F2E" w:rsidRPr="003038DF" w14:paraId="10386230" w14:textId="77777777">
        <w:tc>
          <w:tcPr>
            <w:tcW w:w="4320" w:type="dxa"/>
          </w:tcPr>
          <w:p w14:paraId="1038622E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Pracovní zařazení:</w:t>
            </w:r>
          </w:p>
        </w:tc>
        <w:tc>
          <w:tcPr>
            <w:tcW w:w="4320" w:type="dxa"/>
          </w:tcPr>
          <w:p w14:paraId="1038622F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F2E" w:rsidRPr="003038DF" w14:paraId="10386233" w14:textId="77777777">
        <w:tc>
          <w:tcPr>
            <w:tcW w:w="4320" w:type="dxa"/>
          </w:tcPr>
          <w:p w14:paraId="10386231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Druh pracovního vztahu:</w:t>
            </w:r>
          </w:p>
        </w:tc>
        <w:tc>
          <w:tcPr>
            <w:tcW w:w="4320" w:type="dxa"/>
          </w:tcPr>
          <w:p w14:paraId="10386232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cs="Arial"/>
                <w:sz w:val="18"/>
                <w:szCs w:val="18"/>
              </w:rPr>
              <w:t>☐</w:t>
            </w:r>
            <w:r w:rsidRPr="003038DF">
              <w:rPr>
                <w:rFonts w:ascii="Arial" w:hAnsi="Arial" w:cs="Arial"/>
                <w:sz w:val="18"/>
                <w:szCs w:val="18"/>
              </w:rPr>
              <w:t xml:space="preserve"> pracovní poměr</w:t>
            </w:r>
            <w:r w:rsidRPr="003038DF">
              <w:rPr>
                <w:rFonts w:ascii="Arial" w:hAnsi="Arial" w:cs="Arial"/>
                <w:sz w:val="18"/>
                <w:szCs w:val="18"/>
              </w:rPr>
              <w:br/>
            </w:r>
            <w:r w:rsidRPr="003038DF">
              <w:rPr>
                <w:rFonts w:cs="Arial"/>
                <w:sz w:val="18"/>
                <w:szCs w:val="18"/>
              </w:rPr>
              <w:lastRenderedPageBreak/>
              <w:t>☐</w:t>
            </w:r>
            <w:r w:rsidRPr="003038D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038DF">
              <w:rPr>
                <w:rFonts w:ascii="Arial" w:hAnsi="Arial" w:cs="Arial"/>
                <w:sz w:val="18"/>
                <w:szCs w:val="18"/>
              </w:rPr>
              <w:t>DPČ</w:t>
            </w:r>
            <w:proofErr w:type="spellEnd"/>
            <w:r w:rsidRPr="003038DF">
              <w:rPr>
                <w:rFonts w:ascii="Arial" w:hAnsi="Arial" w:cs="Arial"/>
                <w:sz w:val="18"/>
                <w:szCs w:val="18"/>
              </w:rPr>
              <w:br/>
            </w:r>
            <w:r w:rsidRPr="003038DF">
              <w:rPr>
                <w:rFonts w:cs="Arial"/>
                <w:sz w:val="18"/>
                <w:szCs w:val="18"/>
              </w:rPr>
              <w:t>☐</w:t>
            </w:r>
            <w:r w:rsidRPr="003038DF">
              <w:rPr>
                <w:rFonts w:ascii="Arial" w:hAnsi="Arial" w:cs="Arial"/>
                <w:sz w:val="18"/>
                <w:szCs w:val="18"/>
              </w:rPr>
              <w:t xml:space="preserve"> DPP</w:t>
            </w:r>
            <w:r w:rsidRPr="003038DF">
              <w:rPr>
                <w:rFonts w:ascii="Arial" w:hAnsi="Arial" w:cs="Arial"/>
                <w:sz w:val="18"/>
                <w:szCs w:val="18"/>
              </w:rPr>
              <w:br/>
            </w:r>
            <w:r w:rsidRPr="003038DF">
              <w:rPr>
                <w:rFonts w:cs="Arial"/>
                <w:sz w:val="18"/>
                <w:szCs w:val="18"/>
              </w:rPr>
              <w:t>☐</w:t>
            </w:r>
            <w:r w:rsidRPr="003038DF">
              <w:rPr>
                <w:rFonts w:ascii="Arial" w:hAnsi="Arial" w:cs="Arial"/>
                <w:sz w:val="18"/>
                <w:szCs w:val="18"/>
              </w:rPr>
              <w:t xml:space="preserve"> služební poměr</w:t>
            </w:r>
            <w:r w:rsidRPr="003038DF">
              <w:rPr>
                <w:rFonts w:ascii="Arial" w:hAnsi="Arial" w:cs="Arial"/>
                <w:sz w:val="18"/>
                <w:szCs w:val="18"/>
              </w:rPr>
              <w:br/>
            </w:r>
            <w:r w:rsidRPr="003038DF">
              <w:rPr>
                <w:rFonts w:cs="Arial"/>
                <w:sz w:val="18"/>
                <w:szCs w:val="18"/>
              </w:rPr>
              <w:t>☐</w:t>
            </w:r>
            <w:r w:rsidRPr="003038DF">
              <w:rPr>
                <w:rFonts w:ascii="Arial" w:hAnsi="Arial" w:cs="Arial"/>
                <w:sz w:val="18"/>
                <w:szCs w:val="18"/>
              </w:rPr>
              <w:t xml:space="preserve"> jiný: __________</w:t>
            </w:r>
          </w:p>
        </w:tc>
      </w:tr>
      <w:tr w:rsidR="00985F2E" w:rsidRPr="003038DF" w14:paraId="10386236" w14:textId="77777777">
        <w:tc>
          <w:tcPr>
            <w:tcW w:w="4320" w:type="dxa"/>
          </w:tcPr>
          <w:p w14:paraId="10386234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lastRenderedPageBreak/>
              <w:t>Pracovní vztah trvá od:</w:t>
            </w:r>
          </w:p>
        </w:tc>
        <w:tc>
          <w:tcPr>
            <w:tcW w:w="4320" w:type="dxa"/>
          </w:tcPr>
          <w:p w14:paraId="10386235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____________</w:t>
            </w:r>
          </w:p>
        </w:tc>
      </w:tr>
      <w:tr w:rsidR="00985F2E" w:rsidRPr="003038DF" w14:paraId="10386239" w14:textId="77777777">
        <w:tc>
          <w:tcPr>
            <w:tcW w:w="4320" w:type="dxa"/>
          </w:tcPr>
          <w:p w14:paraId="10386237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Na dobu:</w:t>
            </w:r>
          </w:p>
        </w:tc>
        <w:tc>
          <w:tcPr>
            <w:tcW w:w="4320" w:type="dxa"/>
          </w:tcPr>
          <w:p w14:paraId="10386238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cs="Arial"/>
                <w:sz w:val="18"/>
                <w:szCs w:val="18"/>
              </w:rPr>
              <w:t>☐</w:t>
            </w:r>
            <w:r w:rsidRPr="003038DF">
              <w:rPr>
                <w:rFonts w:ascii="Arial" w:hAnsi="Arial" w:cs="Arial"/>
                <w:sz w:val="18"/>
                <w:szCs w:val="18"/>
              </w:rPr>
              <w:t xml:space="preserve"> neurčitou    </w:t>
            </w:r>
            <w:r w:rsidRPr="003038DF">
              <w:rPr>
                <w:rFonts w:cs="Arial"/>
                <w:sz w:val="18"/>
                <w:szCs w:val="18"/>
              </w:rPr>
              <w:t>☐</w:t>
            </w:r>
            <w:r w:rsidRPr="003038DF">
              <w:rPr>
                <w:rFonts w:ascii="Arial" w:hAnsi="Arial" w:cs="Arial"/>
                <w:sz w:val="18"/>
                <w:szCs w:val="18"/>
              </w:rPr>
              <w:t xml:space="preserve"> určitou do __________</w:t>
            </w:r>
          </w:p>
        </w:tc>
      </w:tr>
      <w:tr w:rsidR="00985F2E" w:rsidRPr="003038DF" w14:paraId="1038623C" w14:textId="77777777">
        <w:tc>
          <w:tcPr>
            <w:tcW w:w="4320" w:type="dxa"/>
          </w:tcPr>
          <w:p w14:paraId="1038623A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Telefon / e-mail:</w:t>
            </w:r>
          </w:p>
        </w:tc>
        <w:tc>
          <w:tcPr>
            <w:tcW w:w="4320" w:type="dxa"/>
          </w:tcPr>
          <w:p w14:paraId="1038623B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5F2E" w:rsidRPr="003038DF" w14:paraId="1038623F" w14:textId="77777777">
        <w:tc>
          <w:tcPr>
            <w:tcW w:w="4320" w:type="dxa"/>
          </w:tcPr>
          <w:p w14:paraId="1038623D" w14:textId="77777777" w:rsidR="00985F2E" w:rsidRPr="003038DF" w:rsidRDefault="00695858">
            <w:pPr>
              <w:rPr>
                <w:rFonts w:ascii="Arial" w:hAnsi="Arial" w:cs="Arial"/>
                <w:sz w:val="18"/>
                <w:szCs w:val="18"/>
              </w:rPr>
            </w:pPr>
            <w:r w:rsidRPr="003038DF">
              <w:rPr>
                <w:rFonts w:ascii="Arial" w:hAnsi="Arial" w:cs="Arial"/>
                <w:sz w:val="18"/>
                <w:szCs w:val="18"/>
              </w:rPr>
              <w:t>Datum, jméno, funkce, razítko a podpis:</w:t>
            </w:r>
          </w:p>
        </w:tc>
        <w:tc>
          <w:tcPr>
            <w:tcW w:w="4320" w:type="dxa"/>
          </w:tcPr>
          <w:p w14:paraId="1038623E" w14:textId="77777777" w:rsidR="00985F2E" w:rsidRPr="003038DF" w:rsidRDefault="00985F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0386240" w14:textId="77777777" w:rsidR="00985F2E" w:rsidRPr="003038DF" w:rsidRDefault="00695858">
      <w:pPr>
        <w:pStyle w:val="Nadpis2"/>
        <w:rPr>
          <w:rFonts w:ascii="Arial" w:hAnsi="Arial" w:cs="Arial"/>
          <w:color w:val="1F497D" w:themeColor="text2"/>
          <w:sz w:val="24"/>
          <w:szCs w:val="24"/>
        </w:rPr>
      </w:pPr>
      <w:r w:rsidRPr="003038DF">
        <w:rPr>
          <w:rFonts w:ascii="Arial" w:hAnsi="Arial" w:cs="Arial"/>
          <w:color w:val="1F497D" w:themeColor="text2"/>
          <w:sz w:val="24"/>
          <w:szCs w:val="24"/>
        </w:rPr>
        <w:t>Prohlášení zákonného zástupce</w:t>
      </w:r>
    </w:p>
    <w:p w14:paraId="10386241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hAnsi="Arial" w:cs="Arial"/>
          <w:sz w:val="18"/>
          <w:szCs w:val="18"/>
        </w:rPr>
        <w:t>Prohlašuji, že všechny uvedené údaje jsou pravdivé. Zavazuji se oznámit poskytovateli dětské skupiny každou změnu skutečností rozhodných pro splnění podmínky vazby na trh práce a doložit nový doklad nejpozději do 10 kalendářních dnů ode dne, kdy ke změně došlo.</w:t>
      </w:r>
    </w:p>
    <w:p w14:paraId="10386242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hAnsi="Arial" w:cs="Arial"/>
          <w:sz w:val="18"/>
          <w:szCs w:val="18"/>
        </w:rPr>
        <w:t>Poučení: Poskytovatel dětské skupiny je oprávněn vyžádat si předložení originálu nebo úředně ověřené kopie dokladu, případně další doklad prokazující splnění podmínek stanovených zákonem č. 247/2014 Sb., ve znění pozdějších předpisů.</w:t>
      </w:r>
    </w:p>
    <w:p w14:paraId="10386243" w14:textId="77777777" w:rsidR="00985F2E" w:rsidRPr="003038DF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hAnsi="Arial" w:cs="Arial"/>
          <w:sz w:val="18"/>
          <w:szCs w:val="18"/>
        </w:rPr>
        <w:br/>
        <w:t>V __________________ dne ________________</w:t>
      </w:r>
    </w:p>
    <w:p w14:paraId="10386244" w14:textId="77777777" w:rsidR="00985F2E" w:rsidRPr="00695858" w:rsidRDefault="00695858">
      <w:pPr>
        <w:rPr>
          <w:rFonts w:ascii="Arial" w:hAnsi="Arial" w:cs="Arial"/>
          <w:sz w:val="18"/>
          <w:szCs w:val="18"/>
        </w:rPr>
      </w:pPr>
      <w:r w:rsidRPr="003038DF">
        <w:rPr>
          <w:rFonts w:ascii="Arial" w:hAnsi="Arial" w:cs="Arial"/>
          <w:sz w:val="18"/>
          <w:szCs w:val="18"/>
        </w:rPr>
        <w:t>Podpis zákonného zástupce: ____________________________</w:t>
      </w:r>
    </w:p>
    <w:sectPr w:rsidR="00985F2E" w:rsidRPr="0069585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A82D8" w14:textId="77777777" w:rsidR="0026422F" w:rsidRPr="003038DF" w:rsidRDefault="0026422F" w:rsidP="003D2B57">
      <w:pPr>
        <w:spacing w:after="0" w:line="240" w:lineRule="auto"/>
      </w:pPr>
      <w:r w:rsidRPr="003038DF">
        <w:separator/>
      </w:r>
    </w:p>
  </w:endnote>
  <w:endnote w:type="continuationSeparator" w:id="0">
    <w:p w14:paraId="27DBD22C" w14:textId="77777777" w:rsidR="0026422F" w:rsidRPr="003038DF" w:rsidRDefault="0026422F" w:rsidP="003D2B57">
      <w:pPr>
        <w:spacing w:after="0" w:line="240" w:lineRule="auto"/>
      </w:pPr>
      <w:r w:rsidRPr="003038D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624D" w14:textId="77777777" w:rsidR="003D2B57" w:rsidRPr="003038DF" w:rsidRDefault="003D2B5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624E" w14:textId="77777777" w:rsidR="003D2B57" w:rsidRPr="003038DF" w:rsidRDefault="003D2B5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6250" w14:textId="77777777" w:rsidR="003D2B57" w:rsidRPr="003038DF" w:rsidRDefault="003D2B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A7FE8" w14:textId="77777777" w:rsidR="0026422F" w:rsidRPr="003038DF" w:rsidRDefault="0026422F" w:rsidP="003D2B57">
      <w:pPr>
        <w:spacing w:after="0" w:line="240" w:lineRule="auto"/>
      </w:pPr>
      <w:r w:rsidRPr="003038DF">
        <w:separator/>
      </w:r>
    </w:p>
  </w:footnote>
  <w:footnote w:type="continuationSeparator" w:id="0">
    <w:p w14:paraId="5E8D20CF" w14:textId="77777777" w:rsidR="0026422F" w:rsidRPr="003038DF" w:rsidRDefault="0026422F" w:rsidP="003D2B57">
      <w:pPr>
        <w:spacing w:after="0" w:line="240" w:lineRule="auto"/>
      </w:pPr>
      <w:r w:rsidRPr="003038D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6249" w14:textId="77777777" w:rsidR="003D2B57" w:rsidRPr="003038DF" w:rsidRDefault="003D2B5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624A" w14:textId="77777777" w:rsidR="003D2B57" w:rsidRPr="003038DF" w:rsidRDefault="003D2B57" w:rsidP="003D2B57">
    <w:pPr>
      <w:pStyle w:val="Zhlav"/>
      <w:jc w:val="right"/>
    </w:pPr>
    <w:r w:rsidRPr="003038DF">
      <w:rPr>
        <w:rFonts w:eastAsia="Arial"/>
        <w:color w:val="666666"/>
        <w:sz w:val="16"/>
      </w:rPr>
      <w:t xml:space="preserve">Základní škola Františka </w:t>
    </w:r>
    <w:proofErr w:type="spellStart"/>
    <w:r w:rsidRPr="003038DF">
      <w:rPr>
        <w:rFonts w:eastAsia="Arial"/>
        <w:color w:val="666666"/>
        <w:sz w:val="16"/>
      </w:rPr>
      <w:t>Horenského</w:t>
    </w:r>
    <w:proofErr w:type="spellEnd"/>
    <w:r w:rsidRPr="003038DF">
      <w:rPr>
        <w:rFonts w:eastAsia="Arial"/>
        <w:color w:val="666666"/>
        <w:sz w:val="16"/>
      </w:rPr>
      <w:t>, Boršice, příspěvková organizace</w:t>
    </w:r>
  </w:p>
  <w:p w14:paraId="1038624B" w14:textId="77777777" w:rsidR="003D2B57" w:rsidRPr="003038DF" w:rsidRDefault="003D2B57" w:rsidP="003D2B57">
    <w:pPr>
      <w:pStyle w:val="Zhlav"/>
    </w:pPr>
  </w:p>
  <w:p w14:paraId="1038624C" w14:textId="77777777" w:rsidR="003D2B57" w:rsidRPr="003038DF" w:rsidRDefault="003D2B5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8624F" w14:textId="77777777" w:rsidR="003D2B57" w:rsidRPr="003038DF" w:rsidRDefault="003D2B5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54404211">
    <w:abstractNumId w:val="8"/>
  </w:num>
  <w:num w:numId="2" w16cid:durableId="66923431">
    <w:abstractNumId w:val="6"/>
  </w:num>
  <w:num w:numId="3" w16cid:durableId="1581866999">
    <w:abstractNumId w:val="5"/>
  </w:num>
  <w:num w:numId="4" w16cid:durableId="1310136578">
    <w:abstractNumId w:val="4"/>
  </w:num>
  <w:num w:numId="5" w16cid:durableId="2108840688">
    <w:abstractNumId w:val="7"/>
  </w:num>
  <w:num w:numId="6" w16cid:durableId="1344937336">
    <w:abstractNumId w:val="3"/>
  </w:num>
  <w:num w:numId="7" w16cid:durableId="1458912560">
    <w:abstractNumId w:val="2"/>
  </w:num>
  <w:num w:numId="8" w16cid:durableId="329455320">
    <w:abstractNumId w:val="1"/>
  </w:num>
  <w:num w:numId="9" w16cid:durableId="686062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952"/>
    <w:rsid w:val="0026422F"/>
    <w:rsid w:val="0029639D"/>
    <w:rsid w:val="003038DF"/>
    <w:rsid w:val="00326F90"/>
    <w:rsid w:val="00353986"/>
    <w:rsid w:val="003D2B57"/>
    <w:rsid w:val="00636E27"/>
    <w:rsid w:val="00695858"/>
    <w:rsid w:val="00985F2E"/>
    <w:rsid w:val="00A01377"/>
    <w:rsid w:val="00A160C2"/>
    <w:rsid w:val="00AA1D8D"/>
    <w:rsid w:val="00B47730"/>
    <w:rsid w:val="00CB0664"/>
    <w:rsid w:val="00E113C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86205"/>
  <w15:docId w15:val="{63F2DDAC-AF23-4CE4-BBAA-DFD91118F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6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Marie Stávková</cp:lastModifiedBy>
  <cp:revision>8</cp:revision>
  <dcterms:created xsi:type="dcterms:W3CDTF">2013-12-23T23:15:00Z</dcterms:created>
  <dcterms:modified xsi:type="dcterms:W3CDTF">2026-07-29T15:11:00Z</dcterms:modified>
  <cp:category/>
</cp:coreProperties>
</file>